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Tilläggsavtal</w:t>
      </w:r>
    </w:p>
    <w:p>
      <w:r>
        <w:rPr>
          <w:i/>
        </w:rPr>
        <w:t>Mall från dovio.io. Mallen är ett allmänt underlag och inte juridisk rådgivning, och den är inte anpassad efter just ert avtal. Gäller avtalet större värden eller något utöver det vanliga, låt en jurist läsa det innan ni skriver under.</w:t>
      </w:r>
    </w:p>
    <w:p>
      <w:r>
        <w:t>Fält inom hakparentes fyller du i. I punkt 4 använder du de ändringar som gäller och stryker resten. Mallen är skriven för uppdrag mellan företag, till exempel ett konsultavtal, ett retaineravtal eller ett samarbetsavtal.</w:t>
      </w:r>
    </w:p>
    <w:p>
      <w:r>
        <w:rPr>
          <w:b/>
        </w:rPr>
        <w:t>Tilläggsavtal nr [nummer] till [huvudavtalets namn]</w:t>
      </w:r>
    </w:p>
    <w:p>
      <w:pPr>
        <w:pStyle w:val="Heading1"/>
      </w:pPr>
      <w:r>
        <w:t>1. Parter</w:t>
      </w:r>
    </w:p>
    <w:p>
      <w:r>
        <w:rPr>
          <w:b/>
        </w:rPr>
        <w:t>[Kund / Uppdragsgivare]:</w:t>
      </w:r>
      <w:r>
        <w:t xml:space="preserve"> </w:t>
      </w:r>
      <w:r>
        <w:rPr>
          <w:highlight w:val="yellow"/>
        </w:rPr>
        <w:t>[Företagsnamn]</w:t>
      </w:r>
      <w:r>
        <w:t xml:space="preserve">, org.nr </w:t>
      </w:r>
      <w:r>
        <w:rPr>
          <w:highlight w:val="yellow"/>
        </w:rPr>
        <w:t>[organisationsnummer]</w:t>
      </w:r>
      <w:r>
        <w:t xml:space="preserve">, </w:t>
      </w:r>
      <w:r>
        <w:rPr>
          <w:highlight w:val="yellow"/>
        </w:rPr>
        <w:t>[adress]</w:t>
      </w:r>
      <w:r>
        <w:t xml:space="preserve">, </w:t>
      </w:r>
      <w:r>
        <w:rPr>
          <w:highlight w:val="yellow"/>
        </w:rPr>
        <w:t>[e-post]</w:t>
      </w:r>
      <w:r>
        <w:t>, nedan kallad "</w:t>
      </w:r>
      <w:r>
        <w:rPr>
          <w:highlight w:val="yellow"/>
        </w:rPr>
        <w:t>[Kunden]</w:t>
      </w:r>
      <w:r>
        <w:t>".</w:t>
      </w:r>
    </w:p>
    <w:p>
      <w:r>
        <w:rPr>
          <w:b/>
        </w:rPr>
        <w:t>[Konsult / Byrå]:</w:t>
      </w:r>
      <w:r>
        <w:t xml:space="preserve"> </w:t>
      </w:r>
      <w:r>
        <w:rPr>
          <w:highlight w:val="yellow"/>
        </w:rPr>
        <w:t>[Företagsnamn]</w:t>
      </w:r>
      <w:r>
        <w:t xml:space="preserve">, org.nr </w:t>
      </w:r>
      <w:r>
        <w:rPr>
          <w:highlight w:val="yellow"/>
        </w:rPr>
        <w:t>[organisationsnummer]</w:t>
      </w:r>
      <w:r>
        <w:t xml:space="preserve">, </w:t>
      </w:r>
      <w:r>
        <w:rPr>
          <w:highlight w:val="yellow"/>
        </w:rPr>
        <w:t>[adress]</w:t>
      </w:r>
      <w:r>
        <w:t xml:space="preserve">, </w:t>
      </w:r>
      <w:r>
        <w:rPr>
          <w:highlight w:val="yellow"/>
        </w:rPr>
        <w:t>[e-post]</w:t>
      </w:r>
      <w:r>
        <w:t>, nedan kallad "</w:t>
      </w:r>
      <w:r>
        <w:rPr>
          <w:highlight w:val="yellow"/>
        </w:rPr>
        <w:t>[Konsulten]</w:t>
      </w:r>
      <w:r>
        <w:t>".</w:t>
      </w:r>
    </w:p>
    <w:p>
      <w:r>
        <w:t>Parterna kallas samma sak här som i Huvudavtalet.</w:t>
      </w:r>
    </w:p>
    <w:p>
      <w:pPr>
        <w:pStyle w:val="Heading1"/>
      </w:pPr>
      <w:r>
        <w:t>2. Huvudavtalet</w:t>
      </w:r>
    </w:p>
    <w:p>
      <w:r>
        <w:t xml:space="preserve">2.1 Detta tilläggsavtal ändrar </w:t>
      </w:r>
      <w:r>
        <w:rPr>
          <w:highlight w:val="yellow"/>
        </w:rPr>
        <w:t>[huvudavtalets namn]</w:t>
      </w:r>
      <w:r>
        <w:t xml:space="preserve"> mellan parterna, daterat </w:t>
      </w:r>
      <w:r>
        <w:rPr>
          <w:highlight w:val="yellow"/>
        </w:rPr>
        <w:t>[datum]</w:t>
      </w:r>
      <w:r>
        <w:t xml:space="preserve">, nedan kallat "Huvudavtalet". </w:t>
      </w:r>
      <w:r>
        <w:rPr>
          <w:highlight w:val="yellow"/>
        </w:rPr>
        <w:t>[Huvudavtalet har tidigare ändrats genom tilläggsavtal nr [nummer]</w:t>
      </w:r>
      <w:r>
        <w:t xml:space="preserve"> daterat </w:t>
      </w:r>
      <w:r>
        <w:rPr>
          <w:highlight w:val="yellow"/>
        </w:rPr>
        <w:t>[datum]</w:t>
      </w:r>
      <w:r>
        <w:t>.]</w:t>
      </w:r>
    </w:p>
    <w:p>
      <w:r>
        <w:t>2.2 Ord som definieras i Huvudavtalet har samma betydelse i detta tilläggsavtal.</w:t>
      </w:r>
    </w:p>
    <w:p>
      <w:pPr>
        <w:pStyle w:val="Heading1"/>
      </w:pPr>
      <w:r>
        <w:t>3. Bakgrund</w:t>
      </w:r>
    </w:p>
    <w:p>
      <w:r>
        <w:rPr>
          <w:highlight w:val="yellow"/>
        </w:rPr>
        <w:t>[Kort beskrivning av varför avtalet ändras, till exempel: Kunden vill utöka uppdraget med en ny del. / Parterna har kommit överens om ett nytt timpris från och med [datum]</w:t>
      </w:r>
      <w:r>
        <w:t>. / Uppdraget behöver mer tid än planerat.]</w:t>
      </w:r>
    </w:p>
    <w:p>
      <w:pPr>
        <w:pStyle w:val="Heading1"/>
      </w:pPr>
      <w:r>
        <w:t>4. Ändringar</w:t>
      </w:r>
    </w:p>
    <w:p>
      <w:r>
        <w:rPr>
          <w:b/>
        </w:rPr>
        <w:t>Alternativ A (omfattning):</w:t>
      </w:r>
      <w:r>
        <w:t xml:space="preserve"> Uppdraget utökas med </w:t>
      </w:r>
      <w:r>
        <w:rPr>
          <w:highlight w:val="yellow"/>
        </w:rPr>
        <w:t>[beskrivning av det nya arbetet]</w:t>
      </w:r>
      <w:r>
        <w:t xml:space="preserve">, enligt Bilaga 1. </w:t>
      </w:r>
      <w:r>
        <w:rPr>
          <w:highlight w:val="yellow"/>
        </w:rPr>
        <w:t>[Följande ingår inte längre i uppdraget: [beskrivning]</w:t>
      </w:r>
      <w:r>
        <w:t>.]</w:t>
      </w:r>
    </w:p>
    <w:p>
      <w:r>
        <w:rPr>
          <w:b/>
        </w:rPr>
        <w:t>Alternativ B (ersättning):</w:t>
      </w:r>
      <w:r>
        <w:t xml:space="preserve"> Från och med </w:t>
      </w:r>
      <w:r>
        <w:rPr>
          <w:highlight w:val="yellow"/>
        </w:rPr>
        <w:t>[datum]</w:t>
      </w:r>
      <w:r>
        <w:t xml:space="preserve"> ersätts </w:t>
      </w:r>
      <w:r>
        <w:rPr>
          <w:highlight w:val="yellow"/>
        </w:rPr>
        <w:t>[hela uppdraget / det arbete som anges i Bilaga 1]</w:t>
      </w:r>
      <w:r>
        <w:t xml:space="preserve"> med </w:t>
      </w:r>
      <w:r>
        <w:rPr>
          <w:highlight w:val="yellow"/>
        </w:rPr>
        <w:t>[belopp]</w:t>
      </w:r>
      <w:r>
        <w:t xml:space="preserve"> kronor per timme exklusive moms. </w:t>
      </w:r>
      <w:r>
        <w:rPr>
          <w:highlight w:val="yellow"/>
        </w:rPr>
        <w:t>[Alternativt: Det utökade arbetet ersätts med ett fast pris om [belopp]</w:t>
      </w:r>
      <w:r>
        <w:t xml:space="preserve"> kronor exklusive moms, som faktureras </w:t>
      </w:r>
      <w:r>
        <w:rPr>
          <w:highlight w:val="yellow"/>
        </w:rPr>
        <w:t>[när arbetet är levererat / enligt följande plan: [plan]</w:t>
      </w:r>
      <w:r>
        <w:t>].]</w:t>
      </w:r>
    </w:p>
    <w:p>
      <w:r>
        <w:rPr>
          <w:b/>
        </w:rPr>
        <w:t>Alternativ C (tid):</w:t>
      </w:r>
      <w:r>
        <w:t xml:space="preserve"> </w:t>
      </w:r>
      <w:r>
        <w:rPr>
          <w:highlight w:val="yellow"/>
        </w:rPr>
        <w:t>[Avtalstiden förlängs till och med [datum]</w:t>
      </w:r>
      <w:r>
        <w:t xml:space="preserve">. / Leveransdatum för </w:t>
      </w:r>
      <w:r>
        <w:rPr>
          <w:highlight w:val="yellow"/>
        </w:rPr>
        <w:t>[leverans]</w:t>
      </w:r>
      <w:r>
        <w:t xml:space="preserve"> ändras från </w:t>
      </w:r>
      <w:r>
        <w:rPr>
          <w:highlight w:val="yellow"/>
        </w:rPr>
        <w:t>[datum]</w:t>
      </w:r>
      <w:r>
        <w:t xml:space="preserve"> till </w:t>
      </w:r>
      <w:r>
        <w:rPr>
          <w:highlight w:val="yellow"/>
        </w:rPr>
        <w:t>[datum]</w:t>
      </w:r>
      <w:r>
        <w:t xml:space="preserve">.] </w:t>
      </w:r>
      <w:r>
        <w:rPr>
          <w:highlight w:val="yellow"/>
        </w:rPr>
        <w:t>[Uppsägningstiden är oförändrad.]</w:t>
      </w:r>
    </w:p>
    <w:p>
      <w:r>
        <w:rPr>
          <w:b/>
        </w:rPr>
        <w:t>Övrig ändring:</w:t>
      </w:r>
      <w:r>
        <w:t xml:space="preserve"> Punkt </w:t>
      </w:r>
      <w:r>
        <w:rPr>
          <w:highlight w:val="yellow"/>
        </w:rPr>
        <w:t>[nummer och rubrik]</w:t>
      </w:r>
      <w:r>
        <w:t xml:space="preserve"> i Huvudavtalet ändras.</w:t>
      </w:r>
    </w:p>
    <w:p>
      <w:r>
        <w:t>Nuvarande lydelse: "</w:t>
      </w:r>
      <w:r>
        <w:rPr>
          <w:highlight w:val="yellow"/>
        </w:rPr>
        <w:t>[den nuvarande texten]</w:t>
      </w:r>
      <w:r>
        <w:t>"</w:t>
      </w:r>
    </w:p>
    <w:p>
      <w:r>
        <w:t>Ny lydelse: "</w:t>
      </w:r>
      <w:r>
        <w:rPr>
          <w:highlight w:val="yellow"/>
        </w:rPr>
        <w:t>[den nya texten]</w:t>
      </w:r>
      <w:r>
        <w:t>"</w:t>
      </w:r>
    </w:p>
    <w:p>
      <w:r>
        <w:rPr>
          <w:highlight w:val="yellow"/>
        </w:rPr>
        <w:t>[Upprepa för varje punkt som ändras. Ska en punkt läggas till eller tas bort, skriv: "Följande läggs till som ny punkt [nummer]</w:t>
      </w:r>
      <w:r>
        <w:t xml:space="preserve">: </w:t>
      </w:r>
      <w:r>
        <w:rPr>
          <w:highlight w:val="yellow"/>
        </w:rPr>
        <w:t>[text]</w:t>
      </w:r>
      <w:r>
        <w:t xml:space="preserve">" eller "Punkt </w:t>
      </w:r>
      <w:r>
        <w:rPr>
          <w:highlight w:val="yellow"/>
        </w:rPr>
        <w:t>[nummer]</w:t>
      </w:r>
      <w:r>
        <w:t xml:space="preserve"> stryks."]</w:t>
      </w:r>
    </w:p>
    <w:p>
      <w:pPr>
        <w:pStyle w:val="Heading1"/>
      </w:pPr>
      <w:r>
        <w:t>5. Arbete som redan har utförts</w:t>
      </w:r>
    </w:p>
    <w:p>
      <w:r>
        <w:t xml:space="preserve">Arbete som har utförts innan detta tilläggsavtal börjar gälla ersätts enligt de villkor i Huvudavtalet som gällde när arbetet utfördes. </w:t>
      </w:r>
      <w:r>
        <w:rPr>
          <w:highlight w:val="yellow"/>
        </w:rPr>
        <w:t>[Alternativt: Ändringen i punkt 4 gäller även arbete som utförts från och med [datum]</w:t>
      </w:r>
      <w:r>
        <w:t>.]</w:t>
      </w:r>
    </w:p>
    <w:p>
      <w:pPr>
        <w:pStyle w:val="Heading1"/>
      </w:pPr>
      <w:r>
        <w:t>6. Ikraftträdande</w:t>
      </w:r>
    </w:p>
    <w:p>
      <w:r>
        <w:t xml:space="preserve">Detta tilläggsavtal gäller från </w:t>
      </w:r>
      <w:r>
        <w:rPr>
          <w:highlight w:val="yellow"/>
        </w:rPr>
        <w:t>[datum / den dag båda parter har skrivit under]</w:t>
      </w:r>
      <w:r>
        <w:t>.</w:t>
      </w:r>
    </w:p>
    <w:p>
      <w:pPr>
        <w:pStyle w:val="Heading1"/>
      </w:pPr>
      <w:r>
        <w:t>7. Huvudavtalet i övrigt</w:t>
      </w:r>
    </w:p>
    <w:p>
      <w:r>
        <w:t>I övrigt gäller Huvudavtalet oförändrat. Om detta tilläggsavtal och Huvudavtalet säger olika saker gäller detta tilläggsavtal för de punkter som ändras här.</w:t>
      </w:r>
    </w:p>
    <w:p>
      <w:pPr>
        <w:pStyle w:val="Heading1"/>
      </w:pPr>
      <w:r>
        <w:t>8. Underskrifter</w:t>
      </w:r>
    </w:p>
    <w:p>
      <w:r>
        <w:t xml:space="preserve">Detta tilläggsavtal har upprättats i två likalydande exemplar, av vilka parterna tagit var sitt. </w:t>
      </w:r>
      <w:r>
        <w:rPr>
          <w:highlight w:val="yellow"/>
        </w:rPr>
        <w:t>[Alternativt: Detta tilläggsavtal har signerats digitalt av båda parter.]</w:t>
      </w:r>
    </w:p>
    <w:p>
      <w:r>
        <w:rPr>
          <w:b/>
        </w:rPr>
        <w:t>För [Kunden]</w:t>
      </w:r>
    </w:p>
    <w:p>
      <w:r>
        <w:t xml:space="preserve">Ort och datum: </w:t>
      </w:r>
      <w:r>
        <w:rPr>
          <w:highlight w:val="yellow"/>
        </w:rPr>
        <w:t>[ort, datum]</w:t>
      </w:r>
    </w:p>
    <w:p>
      <w:r>
        <w:t>Underskrift: ____________________</w:t>
      </w:r>
    </w:p>
    <w:p>
      <w:r>
        <w:t xml:space="preserve">Namnförtydligande: </w:t>
      </w:r>
      <w:r>
        <w:rPr>
          <w:highlight w:val="yellow"/>
        </w:rPr>
        <w:t>[namn]</w:t>
      </w:r>
    </w:p>
    <w:p>
      <w:r>
        <w:rPr>
          <w:b/>
        </w:rPr>
        <w:t>För [Konsulten]</w:t>
      </w:r>
    </w:p>
    <w:p>
      <w:r>
        <w:t xml:space="preserve">Ort och datum: </w:t>
      </w:r>
      <w:r>
        <w:rPr>
          <w:highlight w:val="yellow"/>
        </w:rPr>
        <w:t>[ort, datum]</w:t>
      </w:r>
    </w:p>
    <w:p>
      <w:r>
        <w:t>Underskrift: ____________________</w:t>
      </w:r>
    </w:p>
    <w:p>
      <w:r>
        <w:t xml:space="preserve">Namnförtydligande: </w:t>
      </w:r>
      <w:r>
        <w:rPr>
          <w:highlight w:val="yellow"/>
        </w:rPr>
        <w:t>[namn]</w:t>
      </w:r>
    </w:p>
    <w:p>
      <w:r>
        <w:t xml:space="preserve">Bilagor: </w:t>
      </w:r>
      <w:r>
        <w:rPr>
          <w:highlight w:val="yellow"/>
        </w:rPr>
        <w:t>[Bilaga 1 Beskrivning av det utökade arbetet.]</w:t>
      </w:r>
    </w:p>
    <w:p>
      <w:pPr>
        <w:pStyle w:val="Heading1"/>
      </w:pPr>
      <w:r>
        <w:t>Bilaga 1. Beskrivning av det utökade arbetet</w:t>
      </w:r>
    </w:p>
    <w:p>
      <w:pPr>
        <w:pStyle w:val="ListBullet"/>
      </w:pPr>
      <w:r>
        <w:rPr>
          <w:highlight w:val="yellow"/>
        </w:rPr>
        <w:t>[leverans eller arbetsmoment, med omfattning, till exempel en ny landningssida med två korrekturrundor]</w:t>
      </w:r>
    </w:p>
    <w:p>
      <w:pPr>
        <w:pStyle w:val="ListBullet"/>
      </w:pPr>
      <w:r>
        <w:rPr>
          <w:highlight w:val="yellow"/>
        </w:rPr>
        <w:t>[tidsplan eller leveransdatum]</w:t>
      </w:r>
    </w:p>
    <w:p>
      <w:pPr>
        <w:pStyle w:val="ListBullet"/>
      </w:pPr>
      <w:r>
        <w:rPr>
          <w:highlight w:val="yellow"/>
        </w:rPr>
        <w:t>[vad som inte ingår]</w:t>
      </w:r>
    </w:p>
    <w:p>
      <w:r>
        <w:t>---</w:t>
      </w:r>
    </w:p>
    <w:p>
      <w:r>
        <w:t>Mallen är ett allmänt underlag och inte juridisk rådgivning. Låt en jurist läsa tilläggsavtalet om det gäller större värden eller något utöver det vanliga.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Tilläggsavtal</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