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Offert: [rubrik på uppdraget]</w:t>
      </w:r>
    </w:p>
    <w:p>
      <w:r>
        <w:rPr>
          <w:i/>
        </w:rPr>
        <w:t>Mall från dovio.io. Mallen är ett allmänt underlag och inte juridisk rådgivning, och den är inte anpassad efter just ditt uppdrag. Gäller offerten större värden eller något utöver det vanliga, låt en jurist läsa den innan du skickar.</w:t>
      </w:r>
    </w:p>
    <w:p>
      <w:r>
        <w:t>Fält inom hakparentes fyller du i. Stryk det som inte passar ditt uppdrag.</w:t>
      </w:r>
    </w:p>
    <w:p>
      <w:r>
        <w:rPr>
          <w:b/>
        </w:rPr>
        <w:t>Offertnummer:</w:t>
      </w:r>
      <w:r>
        <w:t xml:space="preserve"> </w:t>
      </w:r>
      <w:r>
        <w:rPr>
          <w:highlight w:val="yellow"/>
        </w:rPr>
        <w:t>[nummer]</w:t>
      </w:r>
    </w:p>
    <w:p>
      <w:r>
        <w:rPr>
          <w:b/>
        </w:rPr>
        <w:t>Datum:</w:t>
      </w:r>
      <w:r>
        <w:t xml:space="preserve"> </w:t>
      </w:r>
      <w:r>
        <w:rPr>
          <w:highlight w:val="yellow"/>
        </w:rPr>
        <w:t>[datum]</w:t>
      </w:r>
    </w:p>
    <w:p>
      <w:r>
        <w:rPr>
          <w:b/>
        </w:rPr>
        <w:t>Gäller till och med:</w:t>
      </w:r>
      <w:r>
        <w:t xml:space="preserve"> </w:t>
      </w:r>
      <w:r>
        <w:rPr>
          <w:highlight w:val="yellow"/>
        </w:rPr>
        <w:t>[datum]</w:t>
      </w:r>
    </w:p>
    <w:p>
      <w:pPr>
        <w:pStyle w:val="Heading1"/>
      </w:pPr>
      <w:r>
        <w:t>Från</w:t>
      </w:r>
    </w:p>
    <w:p>
      <w:r>
        <w:rPr>
          <w:highlight w:val="yellow"/>
        </w:rPr>
        <w:t>[Ditt företagsnamn]</w:t>
      </w:r>
      <w:r>
        <w:t xml:space="preserve">, org.nr </w:t>
      </w:r>
      <w:r>
        <w:rPr>
          <w:highlight w:val="yellow"/>
        </w:rPr>
        <w:t>[organisationsnummer]</w:t>
      </w:r>
      <w:r>
        <w:t xml:space="preserve">, </w:t>
      </w:r>
      <w:r>
        <w:rPr>
          <w:highlight w:val="yellow"/>
        </w:rPr>
        <w:t>[adress]</w:t>
      </w:r>
    </w:p>
    <w:p>
      <w:r>
        <w:t xml:space="preserve">Kontaktperson: </w:t>
      </w:r>
      <w:r>
        <w:rPr>
          <w:highlight w:val="yellow"/>
        </w:rPr>
        <w:t>[namn]</w:t>
      </w:r>
      <w:r>
        <w:t xml:space="preserve">, </w:t>
      </w:r>
      <w:r>
        <w:rPr>
          <w:highlight w:val="yellow"/>
        </w:rPr>
        <w:t>[e-post]</w:t>
      </w:r>
      <w:r>
        <w:t xml:space="preserve">, </w:t>
      </w:r>
      <w:r>
        <w:rPr>
          <w:highlight w:val="yellow"/>
        </w:rPr>
        <w:t>[telefon]</w:t>
      </w:r>
    </w:p>
    <w:p>
      <w:pPr>
        <w:pStyle w:val="Heading1"/>
      </w:pPr>
      <w:r>
        <w:t>Till</w:t>
      </w:r>
    </w:p>
    <w:p>
      <w:r>
        <w:rPr>
          <w:highlight w:val="yellow"/>
        </w:rPr>
        <w:t>[Kundens företagsnamn]</w:t>
      </w:r>
      <w:r>
        <w:t xml:space="preserve">, org.nr </w:t>
      </w:r>
      <w:r>
        <w:rPr>
          <w:highlight w:val="yellow"/>
        </w:rPr>
        <w:t>[organisationsnummer]</w:t>
      </w:r>
      <w:r>
        <w:t xml:space="preserve">, </w:t>
      </w:r>
      <w:r>
        <w:rPr>
          <w:highlight w:val="yellow"/>
        </w:rPr>
        <w:t>[adress]</w:t>
      </w:r>
    </w:p>
    <w:p>
      <w:r>
        <w:t xml:space="preserve">Kontaktperson: </w:t>
      </w:r>
      <w:r>
        <w:rPr>
          <w:highlight w:val="yellow"/>
        </w:rPr>
        <w:t>[namn]</w:t>
      </w:r>
      <w:r>
        <w:t xml:space="preserve">, </w:t>
      </w:r>
      <w:r>
        <w:rPr>
          <w:highlight w:val="yellow"/>
        </w:rPr>
        <w:t>[e-post]</w:t>
      </w:r>
    </w:p>
    <w:p>
      <w:pPr>
        <w:pStyle w:val="Heading1"/>
      </w:pPr>
      <w:r>
        <w:t>1. Bakgrund</w:t>
      </w:r>
    </w:p>
    <w:p>
      <w:r>
        <w:rPr>
          <w:highlight w:val="yellow"/>
        </w:rPr>
        <w:t>[Två eller tre meningar om vad kunden vill uppnå, gärna med kundens egna ord från mötet. Datum för mötet ni hade.]</w:t>
      </w:r>
    </w:p>
    <w:p>
      <w:pPr>
        <w:pStyle w:val="Heading1"/>
      </w:pPr>
      <w:r>
        <w:t>2. Vad vi gör</w:t>
      </w:r>
    </w:p>
    <w:p>
      <w:pPr>
        <w:pStyle w:val="ListBullet"/>
      </w:pPr>
      <w:r>
        <w:t xml:space="preserve">Fas 1, </w:t>
      </w:r>
      <w:r>
        <w:rPr>
          <w:highlight w:val="yellow"/>
        </w:rPr>
        <w:t>[namn på fasen]</w:t>
      </w:r>
      <w:r>
        <w:t xml:space="preserve"> (</w:t>
      </w:r>
      <w:r>
        <w:rPr>
          <w:highlight w:val="yellow"/>
        </w:rPr>
        <w:t>[vecka eller datum]</w:t>
      </w:r>
      <w:r>
        <w:t xml:space="preserve">). </w:t>
      </w:r>
      <w:r>
        <w:rPr>
          <w:highlight w:val="yellow"/>
        </w:rPr>
        <w:t>[Vad du gör och vad kunden får efter fasen.]</w:t>
      </w:r>
    </w:p>
    <w:p>
      <w:pPr>
        <w:pStyle w:val="ListBullet"/>
      </w:pPr>
      <w:r>
        <w:t xml:space="preserve">Fas 2, </w:t>
      </w:r>
      <w:r>
        <w:rPr>
          <w:highlight w:val="yellow"/>
        </w:rPr>
        <w:t>[namn på fasen]</w:t>
      </w:r>
      <w:r>
        <w:t xml:space="preserve"> (</w:t>
      </w:r>
      <w:r>
        <w:rPr>
          <w:highlight w:val="yellow"/>
        </w:rPr>
        <w:t>[vecka eller datum]</w:t>
      </w:r>
      <w:r>
        <w:t xml:space="preserve">). </w:t>
      </w:r>
      <w:r>
        <w:rPr>
          <w:highlight w:val="yellow"/>
        </w:rPr>
        <w:t>[Vad du gör och vad kunden får efter fasen.]</w:t>
      </w:r>
    </w:p>
    <w:p>
      <w:pPr>
        <w:pStyle w:val="ListBullet"/>
      </w:pPr>
      <w:r>
        <w:t xml:space="preserve">Fas 3, </w:t>
      </w:r>
      <w:r>
        <w:rPr>
          <w:highlight w:val="yellow"/>
        </w:rPr>
        <w:t>[namn på fasen]</w:t>
      </w:r>
      <w:r>
        <w:t xml:space="preserve"> (</w:t>
      </w:r>
      <w:r>
        <w:rPr>
          <w:highlight w:val="yellow"/>
        </w:rPr>
        <w:t>[vecka eller datum]</w:t>
      </w:r>
      <w:r>
        <w:t xml:space="preserve">). </w:t>
      </w:r>
      <w:r>
        <w:rPr>
          <w:highlight w:val="yellow"/>
        </w:rPr>
        <w:t>[Vad du gör och vad kunden får efter fasen.]</w:t>
      </w:r>
    </w:p>
    <w:p>
      <w:r>
        <w:t xml:space="preserve">Leverans: </w:t>
      </w:r>
      <w:r>
        <w:rPr>
          <w:highlight w:val="yellow"/>
        </w:rPr>
        <w:t>[det kunden får i handen när uppdraget är klart]</w:t>
      </w:r>
      <w:r>
        <w:t>.</w:t>
      </w:r>
    </w:p>
    <w:p>
      <w:pPr>
        <w:pStyle w:val="Heading1"/>
      </w:pPr>
      <w:r>
        <w:t>3. Det här ingår inte</w:t>
      </w:r>
    </w:p>
    <w:p>
      <w:pPr>
        <w:pStyle w:val="ListBullet"/>
      </w:pPr>
      <w:r>
        <w:rPr>
          <w:highlight w:val="yellow"/>
        </w:rPr>
        <w:t>[Något kunden rimligen kan tro ingår]</w:t>
      </w:r>
    </w:p>
    <w:p>
      <w:pPr>
        <w:pStyle w:val="ListBullet"/>
      </w:pPr>
      <w:r>
        <w:rPr>
          <w:highlight w:val="yellow"/>
        </w:rPr>
        <w:t>[Något kunden rimligen kan tro ingår]</w:t>
      </w:r>
    </w:p>
    <w:p>
      <w:r>
        <w:rPr>
          <w:highlight w:val="yellow"/>
        </w:rPr>
        <w:t>[Vill ni ha hjälp med detta lämnar vi en separat offert på det.]</w:t>
      </w:r>
    </w:p>
    <w:p>
      <w:pPr>
        <w:pStyle w:val="Heading1"/>
      </w:pPr>
      <w:r>
        <w:t>4. Förutsättningar</w:t>
      </w:r>
    </w:p>
    <w:p>
      <w:pPr>
        <w:pStyle w:val="ListBullet"/>
      </w:pPr>
      <w:r>
        <w:rPr>
          <w:highlight w:val="yellow"/>
        </w:rPr>
        <w:t>[Det du behöver från kunden, och senast när]</w:t>
      </w:r>
    </w:p>
    <w:p>
      <w:pPr>
        <w:pStyle w:val="ListBullet"/>
      </w:pPr>
      <w:r>
        <w:rPr>
          <w:highlight w:val="yellow"/>
        </w:rPr>
        <w:t>[Det du behöver från kunden, och senast när]</w:t>
      </w:r>
    </w:p>
    <w:p>
      <w:r>
        <w:t>Blir något av detta försenat flyttas tidsplanen lika mycket.</w:t>
      </w:r>
    </w:p>
    <w:p>
      <w:pPr>
        <w:pStyle w:val="Heading1"/>
      </w:pPr>
      <w:r>
        <w:t>5. Pris</w:t>
      </w:r>
    </w:p>
    <w:tbl>
      <w:tblPr>
        <w:tblStyle w:val="TableGrid"/>
        <w:tblW w:type="auto" w:w="0"/>
        <w:tblLook w:firstColumn="1" w:firstRow="1" w:lastColumn="0" w:lastRow="0" w:noHBand="0" w:noVBand="1" w:val="04A0"/>
      </w:tblPr>
      <w:tblGrid>
        <w:gridCol w:w="4320"/>
        <w:gridCol w:w="4320"/>
      </w:tblGrid>
      <w:tr>
        <w:tc>
          <w:tcPr>
            <w:tcW w:type="dxa" w:w="4320"/>
          </w:tcPr>
          <w:p>
            <w:r>
              <w:t>Moment</w:t>
            </w:r>
          </w:p>
        </w:tc>
        <w:tc>
          <w:tcPr>
            <w:tcW w:type="dxa" w:w="4320"/>
          </w:tcPr>
          <w:p>
            <w:r>
              <w:t>Pris exkl. moms</w:t>
            </w:r>
          </w:p>
        </w:tc>
      </w:tr>
      <w:tr>
        <w:tc>
          <w:tcPr>
            <w:tcW w:type="dxa" w:w="4320"/>
          </w:tcPr>
          <w:p>
            <w:r>
              <w:t xml:space="preserve">Fas 1, </w:t>
            </w:r>
            <w:r>
              <w:rPr>
                <w:highlight w:val="yellow"/>
              </w:rPr>
              <w:t>[namn]</w:t>
            </w:r>
          </w:p>
        </w:tc>
        <w:tc>
          <w:tcPr>
            <w:tcW w:type="dxa" w:w="4320"/>
          </w:tcPr>
          <w:p>
            <w:r>
              <w:rPr>
                <w:highlight w:val="yellow"/>
              </w:rPr>
              <w:t>[belopp]</w:t>
            </w:r>
            <w:r>
              <w:t xml:space="preserve"> kr</w:t>
            </w:r>
          </w:p>
        </w:tc>
      </w:tr>
      <w:tr>
        <w:tc>
          <w:tcPr>
            <w:tcW w:type="dxa" w:w="4320"/>
          </w:tcPr>
          <w:p>
            <w:r>
              <w:t xml:space="preserve">Fas 2, </w:t>
            </w:r>
            <w:r>
              <w:rPr>
                <w:highlight w:val="yellow"/>
              </w:rPr>
              <w:t>[namn]</w:t>
            </w:r>
          </w:p>
        </w:tc>
        <w:tc>
          <w:tcPr>
            <w:tcW w:type="dxa" w:w="4320"/>
          </w:tcPr>
          <w:p>
            <w:r>
              <w:rPr>
                <w:highlight w:val="yellow"/>
              </w:rPr>
              <w:t>[belopp]</w:t>
            </w:r>
            <w:r>
              <w:t xml:space="preserve"> kr</w:t>
            </w:r>
          </w:p>
        </w:tc>
      </w:tr>
      <w:tr>
        <w:tc>
          <w:tcPr>
            <w:tcW w:type="dxa" w:w="4320"/>
          </w:tcPr>
          <w:p>
            <w:r>
              <w:t xml:space="preserve">Fas 3, </w:t>
            </w:r>
            <w:r>
              <w:rPr>
                <w:highlight w:val="yellow"/>
              </w:rPr>
              <w:t>[namn]</w:t>
            </w:r>
          </w:p>
        </w:tc>
        <w:tc>
          <w:tcPr>
            <w:tcW w:type="dxa" w:w="4320"/>
          </w:tcPr>
          <w:p>
            <w:r>
              <w:rPr>
                <w:highlight w:val="yellow"/>
              </w:rPr>
              <w:t>[belopp]</w:t>
            </w:r>
            <w:r>
              <w:t xml:space="preserve"> kr</w:t>
            </w:r>
          </w:p>
        </w:tc>
      </w:tr>
      <w:tr>
        <w:tc>
          <w:tcPr>
            <w:tcW w:type="dxa" w:w="4320"/>
          </w:tcPr>
          <w:p>
            <w:r>
              <w:rPr>
                <w:b/>
              </w:rPr>
              <w:t>Totalt, fast pris</w:t>
            </w:r>
          </w:p>
        </w:tc>
        <w:tc>
          <w:tcPr>
            <w:tcW w:type="dxa" w:w="4320"/>
          </w:tcPr>
          <w:p>
            <w:r>
              <w:rPr>
                <w:b/>
              </w:rPr>
              <w:t>[belopp] kr</w:t>
            </w:r>
          </w:p>
        </w:tc>
      </w:tr>
    </w:tbl>
    <w:p>
      <w:r>
        <w:t xml:space="preserve">Tilläggsarbete utöver punkt 2 kostar </w:t>
      </w:r>
      <w:r>
        <w:rPr>
          <w:highlight w:val="yellow"/>
        </w:rPr>
        <w:t>[belopp]</w:t>
      </w:r>
      <w:r>
        <w:t xml:space="preserve"> kr per timme exkl. moms och görs bara efter att ni har godkänt det skriftligt. </w:t>
      </w:r>
      <w:r>
        <w:rPr>
          <w:highlight w:val="yellow"/>
        </w:rPr>
        <w:t>[Resor inom [ort]</w:t>
      </w:r>
      <w:r>
        <w:t xml:space="preserve"> ingår. Andra resor debiteras mot kvitto efter ert godkännande.]</w:t>
      </w:r>
    </w:p>
    <w:p>
      <w:pPr>
        <w:pStyle w:val="Heading1"/>
      </w:pPr>
      <w:r>
        <w:t>6. Betalning</w:t>
      </w:r>
    </w:p>
    <w:p>
      <w:r>
        <w:rPr>
          <w:highlight w:val="yellow"/>
        </w:rPr>
        <w:t>[Hur och när du fakturerar, till exempel hälften vid start och resten vid leverans.]</w:t>
      </w:r>
      <w:r>
        <w:t xml:space="preserve"> Betalning inom </w:t>
      </w:r>
      <w:r>
        <w:rPr>
          <w:highlight w:val="yellow"/>
        </w:rPr>
        <w:t>[antal]</w:t>
      </w:r>
      <w:r>
        <w:t xml:space="preserve"> dagar från fakturadatum.</w:t>
      </w:r>
    </w:p>
    <w:p>
      <w:pPr>
        <w:pStyle w:val="Heading1"/>
      </w:pPr>
      <w:r>
        <w:t>7. Giltighetstid</w:t>
      </w:r>
    </w:p>
    <w:p>
      <w:r>
        <w:t xml:space="preserve">Offerten gäller till och med den </w:t>
      </w:r>
      <w:r>
        <w:rPr>
          <w:highlight w:val="yellow"/>
        </w:rPr>
        <w:t>[datum]</w:t>
      </w:r>
      <w:r>
        <w:t>. Efter det gör vi gärna en ny offert, men pris och startdatum kan då behöva ändras.</w:t>
      </w:r>
    </w:p>
    <w:p>
      <w:pPr>
        <w:pStyle w:val="Heading1"/>
      </w:pPr>
      <w:r>
        <w:t>8. Så går vi vidare</w:t>
      </w:r>
    </w:p>
    <w:p>
      <w:r>
        <w:t xml:space="preserve">Tackar ni ja kan ni signera offerten nedan eller svara på mejlet med offerten. Vi bekräftar skriftligt samma dag och skickar ett uppdragsavtal som bygger på offerten. Arbetet startar </w:t>
      </w:r>
      <w:r>
        <w:rPr>
          <w:highlight w:val="yellow"/>
        </w:rPr>
        <w:t>[vecka eller datum]</w:t>
      </w:r>
      <w:r>
        <w:t xml:space="preserve"> när avtalet är signerat.</w:t>
      </w:r>
    </w:p>
    <w:p>
      <w:pPr>
        <w:pStyle w:val="Heading1"/>
      </w:pPr>
      <w:r>
        <w:t>9. Godkännande</w:t>
      </w:r>
    </w:p>
    <w:p>
      <w:r>
        <w:rPr>
          <w:b/>
        </w:rPr>
        <w:t>För [Kundens företagsnamn]</w:t>
      </w:r>
    </w:p>
    <w:p>
      <w:r>
        <w:t xml:space="preserve">Ort och datum: </w:t>
      </w:r>
      <w:r>
        <w:rPr>
          <w:highlight w:val="yellow"/>
        </w:rPr>
        <w:t>[ort, datum]</w:t>
      </w:r>
    </w:p>
    <w:p>
      <w:r>
        <w:t>Underskrift: ____________________</w:t>
      </w:r>
    </w:p>
    <w:p>
      <w:r>
        <w:t xml:space="preserve">Namnförtydligande: </w:t>
      </w:r>
      <w:r>
        <w:rPr>
          <w:highlight w:val="yellow"/>
        </w:rPr>
        <w:t>[namn]</w:t>
      </w:r>
    </w:p>
    <w:p>
      <w:r>
        <w:t xml:space="preserve">Befattning: </w:t>
      </w:r>
      <w:r>
        <w:rPr>
          <w:highlight w:val="yellow"/>
        </w:rPr>
        <w:t>[befattning]</w:t>
      </w:r>
    </w:p>
    <w:p>
      <w:r>
        <w:rPr>
          <w:b/>
        </w:rPr>
        <w:t>För [Ditt företagsnamn]</w:t>
      </w:r>
    </w:p>
    <w:p>
      <w:r>
        <w:t xml:space="preserve">Ort och datum: </w:t>
      </w:r>
      <w:r>
        <w:rPr>
          <w:highlight w:val="yellow"/>
        </w:rPr>
        <w:t>[ort, datum]</w:t>
      </w:r>
    </w:p>
    <w:p>
      <w:r>
        <w:t>Underskrift: ____________________</w:t>
      </w:r>
    </w:p>
    <w:p>
      <w:r>
        <w:t xml:space="preserve">Namnförtydligande: </w:t>
      </w:r>
      <w:r>
        <w:rPr>
          <w:highlight w:val="yellow"/>
        </w:rPr>
        <w:t>[namn]</w:t>
      </w:r>
    </w:p>
    <w:p>
      <w:r>
        <w:t xml:space="preserve">Befattning: </w:t>
      </w:r>
      <w:r>
        <w:rPr>
          <w:highlight w:val="yellow"/>
        </w:rPr>
        <w:t>[befattning]</w:t>
      </w:r>
    </w:p>
    <w:p>
      <w:r>
        <w:rPr>
          <w:i/>
        </w:rPr>
        <w:t>Mallen är ett allmänt underlag och inte juridisk rådgivning. Låt en jurist läsa offerten om den gäller större värden eller något utöver det vanliga.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 [rubrik på uppdraget]</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