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Consulting Proposal</w:t>
      </w:r>
    </w:p>
    <w:p>
      <w:r>
        <w:t>Template from dovio.io. This is a general template, not legal advice, and it has not been tailored to your engagement. If the proposal will also serve as your agreement, or the amounts are significant, have a lawyer review the terms before you send it.</w:t>
      </w:r>
    </w:p>
    <w:p>
      <w:r>
        <w:t>Fill in the fields in square brackets. Where you see Option A, Option B and so on, keep one and delete the rest. Write sections 1 to 3 in the client's own words from the discovery call.</w:t>
      </w:r>
    </w:p>
    <w:p>
      <w:r>
        <w:rPr>
          <w:b/>
        </w:rPr>
        <w:t>Proposal for:</w:t>
      </w:r>
      <w:r>
        <w:t xml:space="preserve"> </w:t>
      </w:r>
      <w:r>
        <w:rPr>
          <w:highlight w:val="yellow"/>
        </w:rPr>
        <w:t>[Client company name]</w:t>
      </w:r>
      <w:r>
        <w:t xml:space="preserve">, </w:t>
      </w:r>
      <w:r>
        <w:rPr>
          <w:highlight w:val="yellow"/>
        </w:rPr>
        <w:t>[project name]</w:t>
      </w:r>
    </w:p>
    <w:p>
      <w:r>
        <w:rPr>
          <w:b/>
        </w:rPr>
        <w:t>Prepared for:</w:t>
      </w:r>
      <w:r>
        <w:t xml:space="preserve"> </w:t>
      </w:r>
      <w:r>
        <w:rPr>
          <w:highlight w:val="yellow"/>
        </w:rPr>
        <w:t>[Client contact name]</w:t>
      </w:r>
      <w:r>
        <w:t xml:space="preserve">, </w:t>
      </w:r>
      <w:r>
        <w:rPr>
          <w:highlight w:val="yellow"/>
        </w:rPr>
        <w:t>[title]</w:t>
      </w:r>
    </w:p>
    <w:p>
      <w:r>
        <w:rPr>
          <w:b/>
        </w:rPr>
        <w:t>Prepared by:</w:t>
      </w:r>
      <w:r>
        <w:t xml:space="preserve"> </w:t>
      </w:r>
      <w:r>
        <w:rPr>
          <w:highlight w:val="yellow"/>
        </w:rPr>
        <w:t>[Your name]</w:t>
      </w:r>
      <w:r>
        <w:t xml:space="preserve">, </w:t>
      </w:r>
      <w:r>
        <w:rPr>
          <w:highlight w:val="yellow"/>
        </w:rPr>
        <w:t>[your company]</w:t>
      </w:r>
      <w:r>
        <w:t xml:space="preserve">, </w:t>
      </w:r>
      <w:r>
        <w:rPr>
          <w:highlight w:val="yellow"/>
        </w:rPr>
        <w:t>[email]</w:t>
      </w:r>
      <w:r>
        <w:t xml:space="preserve">, </w:t>
      </w:r>
      <w:r>
        <w:rPr>
          <w:highlight w:val="yellow"/>
        </w:rPr>
        <w:t>[phone]</w:t>
      </w:r>
    </w:p>
    <w:p>
      <w:r>
        <w:rPr>
          <w:b/>
        </w:rPr>
        <w:t>Date:</w:t>
      </w:r>
      <w:r>
        <w:t xml:space="preserve"> </w:t>
      </w:r>
      <w:r>
        <w:rPr>
          <w:highlight w:val="yellow"/>
        </w:rPr>
        <w:t>[date]</w:t>
      </w:r>
      <w:r>
        <w:t xml:space="preserve">. </w:t>
      </w:r>
      <w:r>
        <w:rPr>
          <w:b/>
        </w:rPr>
        <w:t>Proposal number:</w:t>
      </w:r>
      <w:r>
        <w:t xml:space="preserve"> </w:t>
      </w:r>
      <w:r>
        <w:rPr>
          <w:highlight w:val="yellow"/>
        </w:rPr>
        <w:t>[reference]</w:t>
      </w:r>
      <w:r>
        <w:t xml:space="preserve">. </w:t>
      </w:r>
      <w:r>
        <w:rPr>
          <w:b/>
        </w:rPr>
        <w:t>Valid until:</w:t>
      </w:r>
      <w:r>
        <w:t xml:space="preserve"> </w:t>
      </w:r>
      <w:r>
        <w:rPr>
          <w:highlight w:val="yellow"/>
        </w:rPr>
        <w:t>[date]</w:t>
      </w:r>
      <w:r>
        <w:t>.</w:t>
      </w:r>
    </w:p>
    <w:p>
      <w:pPr>
        <w:pStyle w:val="Heading1"/>
      </w:pPr>
      <w:r>
        <w:t>1. Summary</w:t>
      </w:r>
    </w:p>
    <w:p>
      <w:r>
        <w:rPr>
          <w:highlight w:val="yellow"/>
        </w:rPr>
        <w:t>[Client company]</w:t>
      </w:r>
      <w:r>
        <w:t xml:space="preserve"> wants to </w:t>
      </w:r>
      <w:r>
        <w:rPr>
          <w:highlight w:val="yellow"/>
        </w:rPr>
        <w:t>[goal, in the client's words]</w:t>
      </w:r>
      <w:r>
        <w:t xml:space="preserve">. Today </w:t>
      </w:r>
      <w:r>
        <w:rPr>
          <w:highlight w:val="yellow"/>
        </w:rPr>
        <w:t>[the problem and what it costs them]</w:t>
      </w:r>
      <w:r>
        <w:t xml:space="preserve">. We propose </w:t>
      </w:r>
      <w:r>
        <w:rPr>
          <w:highlight w:val="yellow"/>
        </w:rPr>
        <w:t>[your approach in one sentence]</w:t>
      </w:r>
      <w:r>
        <w:t xml:space="preserve">, delivered over </w:t>
      </w:r>
      <w:r>
        <w:rPr>
          <w:highlight w:val="yellow"/>
        </w:rPr>
        <w:t>[number]</w:t>
      </w:r>
      <w:r>
        <w:t xml:space="preserve"> weeks, so that by </w:t>
      </w:r>
      <w:r>
        <w:rPr>
          <w:highlight w:val="yellow"/>
        </w:rPr>
        <w:t>[date]</w:t>
      </w:r>
      <w:r>
        <w:t xml:space="preserve"> </w:t>
      </w:r>
      <w:r>
        <w:rPr>
          <w:highlight w:val="yellow"/>
        </w:rPr>
        <w:t>[the result the client will see]</w:t>
      </w:r>
      <w:r>
        <w:t xml:space="preserve">. The investment is </w:t>
      </w:r>
      <w:r>
        <w:rPr>
          <w:highlight w:val="yellow"/>
        </w:rPr>
        <w:t>[amount]</w:t>
      </w:r>
      <w:r>
        <w:t xml:space="preserve"> </w:t>
      </w:r>
      <w:r>
        <w:rPr>
          <w:highlight w:val="yellow"/>
        </w:rPr>
        <w:t>[currency]</w:t>
      </w:r>
      <w:r>
        <w:t xml:space="preserve">, excluding sales tax or VAT </w:t>
      </w:r>
      <w:r>
        <w:rPr>
          <w:highlight w:val="yellow"/>
        </w:rPr>
        <w:t>[/ or: we offer three options in section 9]</w:t>
      </w:r>
      <w:r>
        <w:t>.</w:t>
      </w:r>
    </w:p>
    <w:p>
      <w:pPr>
        <w:pStyle w:val="Heading1"/>
      </w:pPr>
      <w:r>
        <w:t>2. Where you are today</w:t>
      </w:r>
    </w:p>
    <w:p>
      <w:r>
        <w:rPr>
          <w:highlight w:val="yellow"/>
        </w:rPr>
        <w:t>[Two or three short paragraphs. What the client told you about the situation, what they have already tried, and why it matters now. Use their words and their numbers.]</w:t>
      </w:r>
    </w:p>
    <w:p>
      <w:pPr>
        <w:pStyle w:val="Heading1"/>
      </w:pPr>
      <w:r>
        <w:t>3. Objectives</w:t>
      </w:r>
    </w:p>
    <w:p>
      <w:r>
        <w:t>By the end of the engagement:</w:t>
      </w:r>
    </w:p>
    <w:p>
      <w:pPr>
        <w:pStyle w:val="ListBullet"/>
      </w:pPr>
      <w:r>
        <w:rPr>
          <w:highlight w:val="yellow"/>
        </w:rPr>
        <w:t>[Objective 1, with how you will both know it is reached, for example a number, a date or a decision]</w:t>
      </w:r>
    </w:p>
    <w:p>
      <w:pPr>
        <w:pStyle w:val="ListBullet"/>
      </w:pPr>
      <w:r>
        <w:rPr>
          <w:highlight w:val="yellow"/>
        </w:rPr>
        <w:t>[Objective 2]</w:t>
      </w:r>
    </w:p>
    <w:p>
      <w:pPr>
        <w:pStyle w:val="ListBullet"/>
      </w:pPr>
      <w:r>
        <w:rPr>
          <w:highlight w:val="yellow"/>
        </w:rPr>
        <w:t>[Objective 3]</w:t>
      </w:r>
    </w:p>
    <w:p>
      <w:pPr>
        <w:pStyle w:val="Heading1"/>
      </w:pPr>
      <w:r>
        <w:t>4. Approach</w:t>
      </w:r>
    </w:p>
    <w:p>
      <w:r>
        <w:rPr>
          <w:b/>
        </w:rPr>
        <w:t>Phase 1, [name], [number] weeks:</w:t>
      </w:r>
      <w:r>
        <w:t xml:space="preserve"> </w:t>
      </w:r>
      <w:r>
        <w:rPr>
          <w:highlight w:val="yellow"/>
        </w:rPr>
        <w:t>[what you do and who from the client is involved]</w:t>
      </w:r>
    </w:p>
    <w:p>
      <w:r>
        <w:rPr>
          <w:b/>
        </w:rPr>
        <w:t>Phase 2, [name], [number] weeks:</w:t>
      </w:r>
      <w:r>
        <w:t xml:space="preserve"> </w:t>
      </w:r>
      <w:r>
        <w:rPr>
          <w:highlight w:val="yellow"/>
        </w:rPr>
        <w:t>[what you do]</w:t>
      </w:r>
    </w:p>
    <w:p>
      <w:r>
        <w:rPr>
          <w:b/>
        </w:rPr>
        <w:t>Phase 3, [name], [number] weeks:</w:t>
      </w:r>
      <w:r>
        <w:t xml:space="preserve"> </w:t>
      </w:r>
      <w:r>
        <w:rPr>
          <w:highlight w:val="yellow"/>
        </w:rPr>
        <w:t>[what you do]</w:t>
      </w:r>
    </w:p>
    <w:p>
      <w:pPr>
        <w:pStyle w:val="Heading1"/>
      </w:pPr>
      <w:r>
        <w:t>5. Scope and deliverables</w:t>
      </w:r>
    </w:p>
    <w:p>
      <w:r>
        <w:rPr>
          <w:b/>
        </w:rPr>
        <w:t>Included:</w:t>
      </w:r>
    </w:p>
    <w:p>
      <w:pPr>
        <w:pStyle w:val="ListBullet"/>
      </w:pPr>
      <w:r>
        <w:rPr>
          <w:highlight w:val="yellow"/>
        </w:rPr>
        <w:t>[Deliverable 1, with its format, for example a 20-page report and a 60-minute presentation to the management team]</w:t>
      </w:r>
    </w:p>
    <w:p>
      <w:pPr>
        <w:pStyle w:val="ListBullet"/>
      </w:pPr>
      <w:r>
        <w:rPr>
          <w:highlight w:val="yellow"/>
        </w:rPr>
        <w:t>[Deliverable 2]</w:t>
      </w:r>
    </w:p>
    <w:p>
      <w:pPr>
        <w:pStyle w:val="ListBullet"/>
      </w:pPr>
      <w:r>
        <w:rPr>
          <w:highlight w:val="yellow"/>
        </w:rPr>
        <w:t>[Number]</w:t>
      </w:r>
      <w:r>
        <w:t xml:space="preserve"> rounds of revisions on </w:t>
      </w:r>
      <w:r>
        <w:rPr>
          <w:highlight w:val="yellow"/>
        </w:rPr>
        <w:t>[deliverable]</w:t>
      </w:r>
      <w:r>
        <w:t>.</w:t>
      </w:r>
    </w:p>
    <w:p>
      <w:pPr>
        <w:pStyle w:val="ListBullet"/>
      </w:pPr>
      <w:r>
        <w:rPr>
          <w:highlight w:val="yellow"/>
        </w:rPr>
        <w:t>[Number]</w:t>
      </w:r>
      <w:r>
        <w:t xml:space="preserve"> check-in calls of </w:t>
      </w:r>
      <w:r>
        <w:rPr>
          <w:highlight w:val="yellow"/>
        </w:rPr>
        <w:t>[length]</w:t>
      </w:r>
      <w:r>
        <w:t xml:space="preserve">, </w:t>
      </w:r>
      <w:r>
        <w:rPr>
          <w:highlight w:val="yellow"/>
        </w:rPr>
        <w:t>[weekly / every two weeks]</w:t>
      </w:r>
      <w:r>
        <w:t>.</w:t>
      </w:r>
    </w:p>
    <w:p>
      <w:r>
        <w:rPr>
          <w:b/>
        </w:rPr>
        <w:t>Not included:</w:t>
      </w:r>
    </w:p>
    <w:p>
      <w:pPr>
        <w:pStyle w:val="ListBullet"/>
      </w:pPr>
      <w:r>
        <w:rPr>
          <w:highlight w:val="yellow"/>
        </w:rPr>
        <w:t>[Work the client might expect but that is outside this proposal, for example implementation, training or work for other departments]</w:t>
      </w:r>
    </w:p>
    <w:p>
      <w:pPr>
        <w:pStyle w:val="ListBullet"/>
      </w:pPr>
      <w:r>
        <w:rPr>
          <w:highlight w:val="yellow"/>
        </w:rPr>
        <w:t>[Third-party costs, for example software licenses, travel or research panels, unless listed in section 9]</w:t>
      </w:r>
    </w:p>
    <w:p>
      <w:r>
        <w:t>Work outside this scope is quoted separately and starts only after you approve it in writing. Email is enough.</w:t>
      </w:r>
    </w:p>
    <w:p>
      <w:pPr>
        <w:pStyle w:val="Heading1"/>
      </w:pPr>
      <w:r>
        <w:t>6. Timeline and milestones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Milestone</w:t>
            </w:r>
          </w:p>
        </w:tc>
        <w:tc>
          <w:tcPr>
            <w:tcW w:type="dxa" w:w="2880"/>
          </w:tcPr>
          <w:p>
            <w:r>
              <w:t>What the client receives</w:t>
            </w:r>
          </w:p>
        </w:tc>
        <w:tc>
          <w:tcPr>
            <w:tcW w:type="dxa" w:w="2880"/>
          </w:tcPr>
          <w:p>
            <w:r>
              <w:t>Date</w:t>
            </w:r>
          </w:p>
        </w:tc>
      </w:tr>
      <w:tr>
        <w:tc>
          <w:tcPr>
            <w:tcW w:type="dxa" w:w="2880"/>
          </w:tcPr>
          <w:p>
            <w:r>
              <w:t>Kickoff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[Agenda and list of what we need from you]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[date]</w:t>
            </w:r>
          </w:p>
        </w:tc>
      </w:tr>
      <w:tr>
        <w:tc>
          <w:tcPr>
            <w:tcW w:type="dxa" w:w="2880"/>
          </w:tcPr>
          <w:p>
            <w:r>
              <w:rPr>
                <w:highlight w:val="yellow"/>
              </w:rPr>
              <w:t>[Milestone 2]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[Deliverable]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[date]</w:t>
            </w:r>
          </w:p>
        </w:tc>
      </w:tr>
      <w:tr>
        <w:tc>
          <w:tcPr>
            <w:tcW w:type="dxa" w:w="2880"/>
          </w:tcPr>
          <w:p>
            <w:r>
              <w:rPr>
                <w:highlight w:val="yellow"/>
              </w:rPr>
              <w:t>[Milestone 3]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[Deliverable]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[date]</w:t>
            </w:r>
          </w:p>
        </w:tc>
      </w:tr>
      <w:tr>
        <w:tc>
          <w:tcPr>
            <w:tcW w:type="dxa" w:w="2880"/>
          </w:tcPr>
          <w:p>
            <w:r>
              <w:t>Final handover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[Final deliverable]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[date]</w:t>
            </w:r>
          </w:p>
        </w:tc>
      </w:tr>
    </w:tbl>
    <w:p>
      <w:r>
        <w:t>The timeline starts when you accept this proposal and the items in section 7 are in place.</w:t>
      </w:r>
    </w:p>
    <w:p>
      <w:pPr>
        <w:pStyle w:val="Heading1"/>
      </w:pPr>
      <w:r>
        <w:t>7. What we need from you</w:t>
      </w:r>
    </w:p>
    <w:p>
      <w:pPr>
        <w:pStyle w:val="ListBullet"/>
      </w:pPr>
      <w:r>
        <w:t xml:space="preserve">A named contact person who can make decisions: </w:t>
      </w:r>
      <w:r>
        <w:rPr>
          <w:highlight w:val="yellow"/>
        </w:rPr>
        <w:t>[name]</w:t>
      </w:r>
    </w:p>
    <w:p>
      <w:pPr>
        <w:pStyle w:val="ListBullet"/>
      </w:pPr>
      <w:r>
        <w:t xml:space="preserve">Access to </w:t>
      </w:r>
      <w:r>
        <w:rPr>
          <w:highlight w:val="yellow"/>
        </w:rPr>
        <w:t>[data, systems, documents or people]</w:t>
      </w:r>
      <w:r>
        <w:t xml:space="preserve"> by </w:t>
      </w:r>
      <w:r>
        <w:rPr>
          <w:highlight w:val="yellow"/>
        </w:rPr>
        <w:t>[date]</w:t>
      </w:r>
    </w:p>
    <w:p>
      <w:pPr>
        <w:pStyle w:val="ListBullet"/>
      </w:pPr>
      <w:r>
        <w:t xml:space="preserve">Feedback on drafts within </w:t>
      </w:r>
      <w:r>
        <w:rPr>
          <w:highlight w:val="yellow"/>
        </w:rPr>
        <w:t>[number]</w:t>
      </w:r>
      <w:r>
        <w:t xml:space="preserve"> business days</w:t>
      </w:r>
    </w:p>
    <w:p>
      <w:r>
        <w:t>If something on this list arrives late, the dates in section 6 move by the same amount.</w:t>
      </w:r>
    </w:p>
    <w:p>
      <w:pPr>
        <w:pStyle w:val="Heading1"/>
      </w:pPr>
      <w:r>
        <w:t>8. Assumptions</w:t>
      </w:r>
    </w:p>
    <w:p>
      <w:r>
        <w:t>The price and timeline in this proposal assume that:</w:t>
      </w:r>
    </w:p>
    <w:p>
      <w:pPr>
        <w:pStyle w:val="ListBullet"/>
      </w:pPr>
      <w:r>
        <w:rPr>
          <w:highlight w:val="yellow"/>
        </w:rPr>
        <w:t>[Assumption 1, for example the work covers [number]</w:t>
      </w:r>
      <w:r>
        <w:t xml:space="preserve"> locations / departments / products]</w:t>
      </w:r>
    </w:p>
    <w:p>
      <w:pPr>
        <w:pStyle w:val="ListBullet"/>
      </w:pPr>
      <w:r>
        <w:rPr>
          <w:highlight w:val="yellow"/>
        </w:rPr>
        <w:t>[Assumption 2, for example the client's data is available in [format]</w:t>
      </w:r>
      <w:r>
        <w:t>]</w:t>
      </w:r>
    </w:p>
    <w:p>
      <w:pPr>
        <w:pStyle w:val="ListBullet"/>
      </w:pPr>
      <w:r>
        <w:rPr>
          <w:highlight w:val="yellow"/>
        </w:rPr>
        <w:t>[Assumption 3, for example interviews with [number]</w:t>
      </w:r>
      <w:r>
        <w:t xml:space="preserve"> people]</w:t>
      </w:r>
    </w:p>
    <w:p>
      <w:r>
        <w:t>If an assumption turns out to be wrong, we will tell you what it changes before doing more work.</w:t>
      </w:r>
    </w:p>
    <w:p>
      <w:pPr>
        <w:pStyle w:val="Heading1"/>
      </w:pPr>
      <w:r>
        <w:t>9. Investment</w:t>
      </w:r>
    </w:p>
    <w:p>
      <w:r>
        <w:rPr>
          <w:b/>
        </w:rPr>
        <w:t>Option A (fixed fee):</w:t>
      </w:r>
      <w:r>
        <w:t xml:space="preserve"> </w:t>
      </w:r>
      <w:r>
        <w:rPr>
          <w:highlight w:val="yellow"/>
        </w:rPr>
        <w:t>[amount]</w:t>
      </w:r>
      <w:r>
        <w:t xml:space="preserve"> </w:t>
      </w:r>
      <w:r>
        <w:rPr>
          <w:highlight w:val="yellow"/>
        </w:rPr>
        <w:t>[currency]</w:t>
      </w:r>
      <w:r>
        <w:t xml:space="preserve"> for the scope in section 5, excluding sales tax or VAT.</w:t>
      </w:r>
    </w:p>
    <w:p>
      <w:r>
        <w:rPr>
          <w:b/>
        </w:rPr>
        <w:t>Option B (hourly or daily rate):</w:t>
      </w:r>
      <w:r>
        <w:t xml:space="preserve"> </w:t>
      </w:r>
      <w:r>
        <w:rPr>
          <w:highlight w:val="yellow"/>
        </w:rPr>
        <w:t>[rate]</w:t>
      </w:r>
      <w:r>
        <w:t xml:space="preserve"> </w:t>
      </w:r>
      <w:r>
        <w:rPr>
          <w:highlight w:val="yellow"/>
        </w:rPr>
        <w:t>[currency]</w:t>
      </w:r>
      <w:r>
        <w:t xml:space="preserve"> per </w:t>
      </w:r>
      <w:r>
        <w:rPr>
          <w:highlight w:val="yellow"/>
        </w:rPr>
        <w:t>[hour / day]</w:t>
      </w:r>
      <w:r>
        <w:t xml:space="preserve">, excluding sales tax or VAT. We estimate </w:t>
      </w:r>
      <w:r>
        <w:rPr>
          <w:highlight w:val="yellow"/>
        </w:rPr>
        <w:t>[number]</w:t>
      </w:r>
      <w:r>
        <w:t xml:space="preserve"> </w:t>
      </w:r>
      <w:r>
        <w:rPr>
          <w:highlight w:val="yellow"/>
        </w:rPr>
        <w:t>[hours / days]</w:t>
      </w:r>
      <w:r>
        <w:t xml:space="preserve">, which comes to about </w:t>
      </w:r>
      <w:r>
        <w:rPr>
          <w:highlight w:val="yellow"/>
        </w:rPr>
        <w:t>[amount]</w:t>
      </w:r>
      <w:r>
        <w:t xml:space="preserve"> </w:t>
      </w:r>
      <w:r>
        <w:rPr>
          <w:highlight w:val="yellow"/>
        </w:rPr>
        <w:t>[currency]</w:t>
      </w:r>
      <w:r>
        <w:t xml:space="preserve">. We will not go above </w:t>
      </w:r>
      <w:r>
        <w:rPr>
          <w:highlight w:val="yellow"/>
        </w:rPr>
        <w:t>[cap]</w:t>
      </w:r>
      <w:r>
        <w:t xml:space="preserve"> without your written approval.</w:t>
      </w:r>
    </w:p>
    <w:p>
      <w:r>
        <w:rPr>
          <w:b/>
        </w:rPr>
        <w:t>Option C (monthly retainer):</w:t>
      </w:r>
      <w:r>
        <w:t xml:space="preserve"> </w:t>
      </w:r>
      <w:r>
        <w:rPr>
          <w:highlight w:val="yellow"/>
        </w:rPr>
        <w:t>[amount]</w:t>
      </w:r>
      <w:r>
        <w:t xml:space="preserve"> </w:t>
      </w:r>
      <w:r>
        <w:rPr>
          <w:highlight w:val="yellow"/>
        </w:rPr>
        <w:t>[currency]</w:t>
      </w:r>
      <w:r>
        <w:t xml:space="preserve"> per month, excluding sales tax or VAT, for </w:t>
      </w:r>
      <w:r>
        <w:rPr>
          <w:highlight w:val="yellow"/>
        </w:rPr>
        <w:t>[what each month includes, for example up to [number]</w:t>
      </w:r>
      <w:r>
        <w:t xml:space="preserve"> hours or a list of deliverables], for an initial </w:t>
      </w:r>
      <w:r>
        <w:rPr>
          <w:highlight w:val="yellow"/>
        </w:rPr>
        <w:t>[number]</w:t>
      </w:r>
      <w:r>
        <w:t xml:space="preserve"> months.</w:t>
      </w:r>
    </w:p>
    <w:p>
      <w:r>
        <w:rPr>
          <w:highlight w:val="yellow"/>
        </w:rPr>
        <w:t>[Optional, three levels. Describe each package in one line.]</w:t>
      </w:r>
      <w:r>
        <w:t xml:space="preserve"> </w:t>
      </w:r>
      <w:r>
        <w:rPr>
          <w:b/>
        </w:rPr>
        <w:t>[Level 1 name]</w:t>
      </w:r>
      <w:r>
        <w:t xml:space="preserve"> </w:t>
      </w:r>
      <w:r>
        <w:rPr>
          <w:highlight w:val="yellow"/>
        </w:rPr>
        <w:t>[what it includes]</w:t>
      </w:r>
      <w:r>
        <w:t xml:space="preserve">, </w:t>
      </w:r>
      <w:r>
        <w:rPr>
          <w:highlight w:val="yellow"/>
        </w:rPr>
        <w:t>[price]</w:t>
      </w:r>
      <w:r>
        <w:t xml:space="preserve">. </w:t>
      </w:r>
      <w:r>
        <w:rPr>
          <w:b/>
        </w:rPr>
        <w:t>[Level 2 name]</w:t>
      </w:r>
      <w:r>
        <w:t xml:space="preserve"> </w:t>
      </w:r>
      <w:r>
        <w:rPr>
          <w:highlight w:val="yellow"/>
        </w:rPr>
        <w:t>[what it adds]</w:t>
      </w:r>
      <w:r>
        <w:t xml:space="preserve">, </w:t>
      </w:r>
      <w:r>
        <w:rPr>
          <w:highlight w:val="yellow"/>
        </w:rPr>
        <w:t>[price]</w:t>
      </w:r>
      <w:r>
        <w:t xml:space="preserve">. </w:t>
      </w:r>
      <w:r>
        <w:rPr>
          <w:b/>
        </w:rPr>
        <w:t>[Level 3 name]</w:t>
      </w:r>
      <w:r>
        <w:t xml:space="preserve"> </w:t>
      </w:r>
      <w:r>
        <w:rPr>
          <w:highlight w:val="yellow"/>
        </w:rPr>
        <w:t>[what it adds]</w:t>
      </w:r>
      <w:r>
        <w:t xml:space="preserve">, </w:t>
      </w:r>
      <w:r>
        <w:rPr>
          <w:highlight w:val="yellow"/>
        </w:rPr>
        <w:t>[price]</w:t>
      </w:r>
      <w:r>
        <w:t>.</w:t>
      </w:r>
    </w:p>
    <w:p>
      <w:r>
        <w:rPr>
          <w:b/>
        </w:rPr>
        <w:t>Expenses:</w:t>
      </w:r>
      <w:r>
        <w:t xml:space="preserve"> </w:t>
      </w:r>
      <w:r>
        <w:rPr>
          <w:highlight w:val="yellow"/>
        </w:rPr>
        <w:t>[Not included / included up to [amount]</w:t>
      </w:r>
      <w:r>
        <w:t xml:space="preserve"> / billed at cost after your approval].</w:t>
      </w:r>
    </w:p>
    <w:p>
      <w:r>
        <w:rPr>
          <w:b/>
        </w:rPr>
        <w:t>Payment:</w:t>
      </w:r>
      <w:r>
        <w:t xml:space="preserve"> </w:t>
      </w:r>
      <w:r>
        <w:rPr>
          <w:highlight w:val="yellow"/>
        </w:rPr>
        <w:t>[For example: [percent]</w:t>
      </w:r>
      <w:r>
        <w:t xml:space="preserve">% on acceptance and </w:t>
      </w:r>
      <w:r>
        <w:rPr>
          <w:highlight w:val="yellow"/>
        </w:rPr>
        <w:t>[percent]</w:t>
      </w:r>
      <w:r>
        <w:t xml:space="preserve">% on final handover / monthly in arrears / per milestone in section 6]. Invoices are due within </w:t>
      </w:r>
      <w:r>
        <w:rPr>
          <w:highlight w:val="yellow"/>
        </w:rPr>
        <w:t>[number]</w:t>
      </w:r>
      <w:r>
        <w:t xml:space="preserve"> days.</w:t>
      </w:r>
    </w:p>
    <w:p>
      <w:pPr>
        <w:pStyle w:val="Heading1"/>
      </w:pPr>
      <w:r>
        <w:t>10. Why us</w:t>
      </w:r>
    </w:p>
    <w:p>
      <w:r>
        <w:rPr>
          <w:highlight w:val="yellow"/>
        </w:rPr>
        <w:t>[Two or three sentences on the experience that matters for this project. Name one comparable engagement and what came out of it, with the client's permission. Add a short bio for each person who will do the work.]</w:t>
      </w:r>
    </w:p>
    <w:p>
      <w:pPr>
        <w:pStyle w:val="Heading1"/>
      </w:pPr>
      <w:r>
        <w:t>11. Next steps</w:t>
      </w:r>
    </w:p>
    <w:p>
      <w:r>
        <w:t xml:space="preserve">This proposal is valid until </w:t>
      </w:r>
      <w:r>
        <w:rPr>
          <w:highlight w:val="yellow"/>
        </w:rPr>
        <w:t>[date]</w:t>
      </w:r>
      <w:r>
        <w:t>.</w:t>
      </w:r>
    </w:p>
    <w:p>
      <w:r>
        <w:t>To go ahead:</w:t>
      </w:r>
    </w:p>
    <w:p>
      <w:pPr>
        <w:pStyle w:val="ListNumber"/>
      </w:pPr>
      <w:r>
        <w:rPr>
          <w:highlight w:val="yellow"/>
        </w:rPr>
        <w:t>[Reply to this email with the option you choose / sign below]</w:t>
      </w:r>
      <w:r>
        <w:t>.</w:t>
      </w:r>
    </w:p>
    <w:p>
      <w:pPr>
        <w:pStyle w:val="ListNumber"/>
      </w:pPr>
      <w:r>
        <w:t xml:space="preserve">We send you </w:t>
      </w:r>
      <w:r>
        <w:rPr>
          <w:highlight w:val="yellow"/>
        </w:rPr>
        <w:t>[our consulting agreement / our terms]</w:t>
      </w:r>
      <w:r>
        <w:t xml:space="preserve"> for signature.</w:t>
      </w:r>
    </w:p>
    <w:p>
      <w:pPr>
        <w:pStyle w:val="ListNumber"/>
      </w:pPr>
      <w:r>
        <w:t xml:space="preserve">We book the kickoff for </w:t>
      </w:r>
      <w:r>
        <w:rPr>
          <w:highlight w:val="yellow"/>
        </w:rPr>
        <w:t>[week or date]</w:t>
      </w:r>
      <w:r>
        <w:t>.</w:t>
      </w:r>
    </w:p>
    <w:p>
      <w:r>
        <w:t xml:space="preserve">Questions? Call or email </w:t>
      </w:r>
      <w:r>
        <w:rPr>
          <w:highlight w:val="yellow"/>
        </w:rPr>
        <w:t>[name]</w:t>
      </w:r>
      <w:r>
        <w:t xml:space="preserve"> at </w:t>
      </w:r>
      <w:r>
        <w:rPr>
          <w:highlight w:val="yellow"/>
        </w:rPr>
        <w:t>[phone]</w:t>
      </w:r>
      <w:r>
        <w:t xml:space="preserve"> or </w:t>
      </w:r>
      <w:r>
        <w:rPr>
          <w:highlight w:val="yellow"/>
        </w:rPr>
        <w:t>[email]</w:t>
      </w:r>
      <w:r>
        <w:t>.</w:t>
      </w:r>
    </w:p>
    <w:p>
      <w:pPr>
        <w:pStyle w:val="Heading1"/>
      </w:pPr>
      <w:r>
        <w:t>Acceptance</w:t>
      </w:r>
    </w:p>
    <w:p>
      <w:r>
        <w:rPr>
          <w:highlight w:val="yellow"/>
        </w:rPr>
        <w:t>[Client company]</w:t>
      </w:r>
      <w:r>
        <w:t xml:space="preserve"> accepts this proposal, Option </w:t>
      </w:r>
      <w:r>
        <w:rPr>
          <w:highlight w:val="yellow"/>
        </w:rPr>
        <w:t>[A / B / C / level name]</w:t>
      </w:r>
      <w:r>
        <w:t>.</w:t>
      </w:r>
    </w:p>
    <w:p>
      <w:r>
        <w:t xml:space="preserve">Name: </w:t>
      </w:r>
      <w:r>
        <w:rPr>
          <w:highlight w:val="yellow"/>
        </w:rPr>
        <w:t>[name]</w:t>
      </w:r>
    </w:p>
    <w:p>
      <w:r>
        <w:t xml:space="preserve">Title: </w:t>
      </w:r>
      <w:r>
        <w:rPr>
          <w:highlight w:val="yellow"/>
        </w:rPr>
        <w:t>[title]</w:t>
      </w:r>
    </w:p>
    <w:p>
      <w:r>
        <w:t xml:space="preserve">Date: </w:t>
      </w:r>
      <w:r>
        <w:rPr>
          <w:highlight w:val="yellow"/>
        </w:rPr>
        <w:t>[date]</w:t>
      </w:r>
    </w:p>
    <w:p>
      <w:r>
        <w:t>Signature: ____________________</w:t>
      </w:r>
    </w:p>
    <w:p>
      <w:r>
        <w:t>---</w:t>
      </w:r>
    </w:p>
    <w:p>
      <w:r>
        <w:t>This is a general template, not legal advice. It has not been tailored to your engagement. If the proposal will also serve as your agreement, or the amounts are significant, have a lawyer review the terms before you send 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Consulting Proposal</dc:title>
  <dc:subject/>
  <dc:creator>Dovio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